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Abstract File Upload Guidelines</w:t>
      </w:r>
    </w:p>
    <w:p>
      <w:r>
        <w:rPr>
          <w:b/>
        </w:rPr>
        <w:t>Accepted File Formats</w:t>
        <w:br/>
      </w:r>
      <w:r>
        <w:t>• PDF (.pdf)</w:t>
        <w:br/>
      </w:r>
      <w:r>
        <w:t>• Microsoft Word (.doc)</w:t>
        <w:br/>
      </w:r>
      <w:r>
        <w:t>• Microsoft Word (.docx)</w:t>
        <w:br/>
      </w:r>
      <w:r>
        <w:t>• Image Files for Photography (.jpg, .jpeg, .png)</w:t>
        <w:br/>
      </w:r>
    </w:p>
    <w:p>
      <w:r>
        <w:rPr>
          <w:b/>
        </w:rPr>
        <w:t>Recommended Files to Upload</w:t>
        <w:br/>
      </w:r>
    </w:p>
    <w:p>
      <w:pPr>
        <w:pStyle w:val="ListBullet"/>
      </w:pPr>
      <w:r>
        <w:t>Abstract Document (Title, Authors, Affiliations, Background, Objectives, Methodology, Results, Conclusion, Keywords)</w:t>
      </w:r>
    </w:p>
    <w:p>
      <w:pPr>
        <w:pStyle w:val="ListBullet"/>
      </w:pPr>
      <w:r>
        <w:t>Short Biography / Author Bio</w:t>
      </w:r>
    </w:p>
    <w:p>
      <w:pPr>
        <w:pStyle w:val="ListBullet"/>
      </w:pPr>
      <w:r>
        <w:t>Professional Photograph (High Resolution Preferred)</w:t>
      </w:r>
    </w:p>
    <w:p>
      <w:pPr>
        <w:pStyle w:val="ListBullet"/>
      </w:pPr>
      <w:r>
        <w:t>Full Research Paper (Optional if available)</w:t>
      </w:r>
    </w:p>
    <w:p>
      <w:pPr>
        <w:pStyle w:val="ListBullet"/>
      </w:pPr>
      <w:r>
        <w:t>Presentation Proposal / Extended Abstract (Optional)</w:t>
      </w:r>
    </w:p>
    <w:p>
      <w:pPr>
        <w:pStyle w:val="ListBullet"/>
      </w:pPr>
      <w:r>
        <w:t>Supporting Figures or Tables (Optional)</w:t>
      </w:r>
    </w:p>
    <w:p>
      <w:pPr>
        <w:pStyle w:val="ListBullet"/>
      </w:pPr>
      <w:r>
        <w:t>Author Consent / Copyright Form (If required by conference)</w:t>
      </w:r>
    </w:p>
    <w:p>
      <w:r>
        <w:rPr>
          <w:b/>
        </w:rPr>
        <w:t>Biography Guidelines</w:t>
        <w:br/>
      </w:r>
    </w:p>
    <w:p>
      <w:pPr>
        <w:pStyle w:val="ListBullet"/>
      </w:pPr>
      <w:r>
        <w:t>Provide a short professional biography in 80–150 words</w:t>
      </w:r>
    </w:p>
    <w:p>
      <w:pPr>
        <w:pStyle w:val="ListBullet"/>
      </w:pPr>
      <w:r>
        <w:t>Include current designation, institution, research interests, achievements, and publications if applicable</w:t>
      </w:r>
    </w:p>
    <w:p>
      <w:pPr>
        <w:pStyle w:val="ListBullet"/>
      </w:pPr>
      <w:r>
        <w:t>Submit biography in DOC, DOCX, or PDF format</w:t>
      </w:r>
    </w:p>
    <w:p>
      <w:r>
        <w:rPr>
          <w:b/>
        </w:rPr>
        <w:t>Photography Guidelines</w:t>
        <w:br/>
      </w:r>
    </w:p>
    <w:p>
      <w:pPr>
        <w:pStyle w:val="ListBullet"/>
      </w:pPr>
      <w:r>
        <w:t>Submit a recent professional passport-size photograph</w:t>
      </w:r>
    </w:p>
    <w:p>
      <w:pPr>
        <w:pStyle w:val="ListBullet"/>
      </w:pPr>
      <w:r>
        <w:t>Preferred background: Plain white or professional background</w:t>
      </w:r>
    </w:p>
    <w:p>
      <w:pPr>
        <w:pStyle w:val="ListBullet"/>
      </w:pPr>
      <w:r>
        <w:t>Accepted formats: JPG, JPEG, PNG</w:t>
      </w:r>
    </w:p>
    <w:p>
      <w:pPr>
        <w:pStyle w:val="ListBullet"/>
      </w:pPr>
      <w:r>
        <w:t>High-resolution images are recommended</w:t>
      </w:r>
    </w:p>
    <w:p>
      <w:r>
        <w:rPr>
          <w:b/>
        </w:rPr>
        <w:t>Upload Guidelines</w:t>
        <w:br/>
      </w:r>
    </w:p>
    <w:p>
      <w:pPr>
        <w:pStyle w:val="ListBullet"/>
      </w:pPr>
      <w:r>
        <w:t>Maximum: 5 files</w:t>
      </w:r>
    </w:p>
    <w:p>
      <w:pPr>
        <w:pStyle w:val="ListBullet"/>
      </w:pPr>
      <w:r>
        <w:t>Ensure all files are clearly named</w:t>
      </w:r>
    </w:p>
    <w:p>
      <w:pPr>
        <w:pStyle w:val="ListBullet"/>
      </w:pPr>
      <w:r>
        <w:t>Preferred file size: under 10 MB each</w:t>
      </w:r>
    </w:p>
    <w:p>
      <w:pPr>
        <w:pStyle w:val="ListBullet"/>
      </w:pPr>
      <w:r>
        <w:t>Language: English</w:t>
      </w:r>
    </w:p>
    <w:p>
      <w:pPr>
        <w:pStyle w:val="ListBullet"/>
      </w:pPr>
      <w:r>
        <w:t>Use professional formatting and readable fonts</w:t>
      </w:r>
    </w:p>
    <w:p>
      <w:pPr>
        <w:pStyle w:val="ListBullet"/>
      </w:pPr>
      <w:r>
        <w:t>Example File Names:</w:t>
      </w:r>
    </w:p>
    <w:p>
      <w:pPr>
        <w:pStyle w:val="ListBullet2"/>
      </w:pPr>
      <w:r>
        <w:t>Abstract_DrJohnSmith.docx</w:t>
      </w:r>
    </w:p>
    <w:p>
      <w:pPr>
        <w:pStyle w:val="ListBullet2"/>
      </w:pPr>
      <w:r>
        <w:t>ShortBio_DrJohnSmith.docx</w:t>
      </w:r>
    </w:p>
    <w:p>
      <w:pPr>
        <w:pStyle w:val="ListBullet2"/>
      </w:pPr>
      <w:r>
        <w:t>Photo_DrJohnSmith.jpg</w:t>
      </w:r>
    </w:p>
    <w:p>
      <w:r>
        <w:rPr>
          <w:b/>
        </w:rPr>
        <w:t>Suggested Submission Note</w:t>
        <w:br/>
      </w:r>
    </w:p>
    <w:p>
      <w:r>
        <w:t>Please upload your abstract, short biography, professional photograph, and supporting documents in the accepted formats. Ensure that all submitted materials are final versions and clearly labeled with the presenting author’s name and conference title.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